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9D65" w14:textId="48613A61" w:rsidR="00C243D2" w:rsidRDefault="00000000" w:rsidP="00BC48FB">
      <w:pPr>
        <w:spacing w:after="120" w:line="240" w:lineRule="auto"/>
        <w:jc w:val="right"/>
        <w:rPr>
          <w:b/>
          <w:bCs/>
        </w:rPr>
      </w:pPr>
      <w:r>
        <w:rPr>
          <w:b/>
        </w:rPr>
        <w:t>Al Dirigente Scolastico</w:t>
      </w:r>
      <w:r>
        <w:rPr>
          <w:b/>
        </w:rPr>
        <w:br/>
      </w:r>
      <w:r w:rsidRPr="00BC48FB">
        <w:rPr>
          <w:b/>
          <w:bCs/>
        </w:rPr>
        <w:t xml:space="preserve">dell’Istituto Comprensivo </w:t>
      </w:r>
    </w:p>
    <w:p w14:paraId="65D214F7" w14:textId="0BE9C40F" w:rsidR="00BC48FB" w:rsidRDefault="00BC48FB" w:rsidP="00BC48FB">
      <w:pPr>
        <w:spacing w:after="0"/>
        <w:jc w:val="right"/>
      </w:pPr>
      <w:r>
        <w:rPr>
          <w:b/>
          <w:bCs/>
        </w:rPr>
        <w:t>NICHELINO I</w:t>
      </w:r>
    </w:p>
    <w:p w14:paraId="2D54E9E2" w14:textId="77777777" w:rsidR="00C243D2" w:rsidRDefault="00000000">
      <w:r>
        <w:br/>
      </w:r>
    </w:p>
    <w:p w14:paraId="07A4AB01" w14:textId="48F10E52" w:rsidR="00C243D2" w:rsidRDefault="00000000">
      <w:r>
        <w:rPr>
          <w:b/>
        </w:rPr>
        <w:t xml:space="preserve">Oggetto: Comunicazione di variazione urgente alla </w:t>
      </w:r>
      <w:proofErr w:type="spellStart"/>
      <w:r>
        <w:rPr>
          <w:b/>
        </w:rPr>
        <w:t>pianificazione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mensile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permessi</w:t>
      </w:r>
      <w:proofErr w:type="spellEnd"/>
      <w:r>
        <w:rPr>
          <w:b/>
        </w:rPr>
        <w:t xml:space="preserve"> Legge 104/92.</w:t>
      </w:r>
    </w:p>
    <w:p w14:paraId="602363DA" w14:textId="77777777" w:rsidR="00BC48FB" w:rsidRDefault="00BC48FB"/>
    <w:p w14:paraId="7F211B91" w14:textId="733B7A06" w:rsidR="00C243D2" w:rsidRDefault="00000000" w:rsidP="006972FF">
      <w:pPr>
        <w:spacing w:after="120"/>
      </w:pPr>
      <w:r>
        <w:t>Il/La sottoscritto/a__________________________________________________________</w:t>
      </w:r>
      <w:r w:rsidR="00BC48FB">
        <w:t>____</w:t>
      </w:r>
      <w:r>
        <w:br/>
        <w:t xml:space="preserve">in </w:t>
      </w:r>
      <w:proofErr w:type="spellStart"/>
      <w:r>
        <w:t>servizio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codesta</w:t>
      </w:r>
      <w:proofErr w:type="spellEnd"/>
      <w:r>
        <w:t xml:space="preserve"> </w:t>
      </w:r>
      <w:proofErr w:type="spellStart"/>
      <w:r>
        <w:t>Istituzione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 xml:space="preserve"> in </w:t>
      </w:r>
      <w:proofErr w:type="spellStart"/>
      <w:r>
        <w:t>qualità</w:t>
      </w:r>
      <w:proofErr w:type="spellEnd"/>
      <w:r>
        <w:t xml:space="preserve"> di:</w:t>
      </w:r>
      <w:r>
        <w:br/>
      </w:r>
      <w:proofErr w:type="spellStart"/>
      <w:r>
        <w:t>Personale</w:t>
      </w:r>
      <w:proofErr w:type="spellEnd"/>
      <w:r>
        <w:t xml:space="preserve"> ATA</w:t>
      </w:r>
      <w:r>
        <w:br/>
      </w:r>
    </w:p>
    <w:p w14:paraId="342B836F" w14:textId="77777777" w:rsidR="00C243D2" w:rsidRDefault="00000000">
      <w:r>
        <w:rPr>
          <w:b/>
        </w:rPr>
        <w:t>PREMESSO CHE</w:t>
      </w:r>
    </w:p>
    <w:p w14:paraId="290938CF" w14:textId="3463609E" w:rsidR="00C243D2" w:rsidRDefault="00000000">
      <w:r>
        <w:t>• in data _______________ ha provveduto a trasmettere la pianificazione mensile dei permessi ex art. 33, comma 3, Legge 104/92 per il mese di _______________________;</w:t>
      </w:r>
      <w:r>
        <w:br/>
        <w:t xml:space="preserve">• tale pianificazione prevedeva la </w:t>
      </w:r>
      <w:proofErr w:type="spellStart"/>
      <w:r>
        <w:t>fruizione</w:t>
      </w:r>
      <w:proofErr w:type="spellEnd"/>
      <w:r>
        <w:t xml:space="preserve"> del </w:t>
      </w:r>
      <w:proofErr w:type="spellStart"/>
      <w:r>
        <w:t>permesso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giornata</w:t>
      </w:r>
      <w:proofErr w:type="spellEnd"/>
      <w:r>
        <w:t xml:space="preserve"> del _______________________.</w:t>
      </w:r>
    </w:p>
    <w:p w14:paraId="61D52D72" w14:textId="77777777" w:rsidR="00C243D2" w:rsidRDefault="00000000" w:rsidP="00BC48FB">
      <w:pPr>
        <w:jc w:val="center"/>
      </w:pPr>
      <w:r>
        <w:rPr>
          <w:b/>
        </w:rPr>
        <w:t>COMUNICA</w:t>
      </w:r>
    </w:p>
    <w:p w14:paraId="4A3D5CDC" w14:textId="2ED2FD95" w:rsidR="00C243D2" w:rsidRDefault="00000000">
      <w:r>
        <w:t xml:space="preserve">che, per sopraggiunte, improvvise e imprevedibili esigenze di assistenza e tutela della salute del familiare con disabilità grave, non procrastinabili a data successiva, </w:t>
      </w:r>
      <w:r>
        <w:rPr>
          <w:b/>
        </w:rPr>
        <w:t>NON POTRÀ FRUIRE</w:t>
      </w:r>
      <w:r>
        <w:t xml:space="preserve"> del permesso nella giornata precedentemente programmata del _______________________.</w:t>
      </w:r>
      <w:r>
        <w:br/>
      </w:r>
      <w:r>
        <w:br/>
        <w:t>Il/La sottoscritto/a comunica, pertanto, che fruirà del suddetto permesso nella giornata di:</w:t>
      </w:r>
      <w:r>
        <w:br/>
      </w:r>
      <w:r>
        <w:br/>
        <w:t>DATA: _______________________</w:t>
      </w:r>
      <w:r>
        <w:br/>
      </w:r>
      <w:r>
        <w:br/>
        <w:t>Si fa presente che la presente variazione riveste carattere di assoluta urgenza per garantire il diritto costituzionalmente tutelato all'assistenza del soggetto disabile, prevalendo sulle ordinarie esigenze organizzative d'ufficio.</w:t>
      </w:r>
      <w:r>
        <w:br/>
        <w:t>Al rientro in servizio verrà prodotta, ove necessario, idonea documentazione giustificativa.</w:t>
      </w:r>
    </w:p>
    <w:p w14:paraId="2F2033B9" w14:textId="00A4FF5B" w:rsidR="00C243D2" w:rsidRDefault="00C243D2"/>
    <w:p w14:paraId="016D04D8" w14:textId="77777777" w:rsidR="00C243D2" w:rsidRDefault="00000000">
      <w:r>
        <w:t>Data, ___________________</w:t>
      </w:r>
    </w:p>
    <w:p w14:paraId="4E5F94A1" w14:textId="77777777" w:rsidR="00C243D2" w:rsidRDefault="00000000">
      <w:pPr>
        <w:jc w:val="right"/>
      </w:pPr>
      <w:r>
        <w:t>Firma del dipendente</w:t>
      </w:r>
      <w:r>
        <w:br/>
      </w:r>
      <w:r>
        <w:br/>
        <w:t>__________________________________</w:t>
      </w:r>
    </w:p>
    <w:sectPr w:rsidR="00C243D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189435">
    <w:abstractNumId w:val="8"/>
  </w:num>
  <w:num w:numId="2" w16cid:durableId="1757821770">
    <w:abstractNumId w:val="6"/>
  </w:num>
  <w:num w:numId="3" w16cid:durableId="1256130012">
    <w:abstractNumId w:val="5"/>
  </w:num>
  <w:num w:numId="4" w16cid:durableId="123357433">
    <w:abstractNumId w:val="4"/>
  </w:num>
  <w:num w:numId="5" w16cid:durableId="1667247778">
    <w:abstractNumId w:val="7"/>
  </w:num>
  <w:num w:numId="6" w16cid:durableId="243227852">
    <w:abstractNumId w:val="3"/>
  </w:num>
  <w:num w:numId="7" w16cid:durableId="1568027144">
    <w:abstractNumId w:val="2"/>
  </w:num>
  <w:num w:numId="8" w16cid:durableId="1000038311">
    <w:abstractNumId w:val="1"/>
  </w:num>
  <w:num w:numId="9" w16cid:durableId="21111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972FF"/>
    <w:rsid w:val="00757F90"/>
    <w:rsid w:val="00AA1D8D"/>
    <w:rsid w:val="00B47730"/>
    <w:rsid w:val="00BC48FB"/>
    <w:rsid w:val="00C243D2"/>
    <w:rsid w:val="00CB0664"/>
    <w:rsid w:val="00E90E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FFFC7F"/>
  <w14:defaultImageDpi w14:val="300"/>
  <w15:docId w15:val="{CF11D49B-B2FA-48D6-8655-DAB1A88A2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elvira mauriello</cp:lastModifiedBy>
  <cp:revision>3</cp:revision>
  <dcterms:created xsi:type="dcterms:W3CDTF">2026-09-25T14:44:00Z</dcterms:created>
  <dcterms:modified xsi:type="dcterms:W3CDTF">2026-09-28T08:49:00Z</dcterms:modified>
  <cp:category/>
</cp:coreProperties>
</file>