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78C1A" w14:textId="77777777" w:rsidR="00E23D8A" w:rsidRDefault="00000000" w:rsidP="00E23D8A">
      <w:pPr>
        <w:spacing w:after="0" w:line="360" w:lineRule="auto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Al Dirigente Scolastico</w:t>
      </w:r>
      <w:r>
        <w:rPr>
          <w:rFonts w:ascii="Arial" w:hAnsi="Arial"/>
          <w:b/>
        </w:rPr>
        <w:br/>
        <w:t>dell’Istituto Comprensivo</w:t>
      </w:r>
    </w:p>
    <w:p w14:paraId="6669334D" w14:textId="5D2A7F03" w:rsidR="00EE2D2B" w:rsidRDefault="00000000" w:rsidP="00E23D8A">
      <w:pPr>
        <w:spacing w:line="240" w:lineRule="auto"/>
        <w:jc w:val="right"/>
      </w:pPr>
      <w:r>
        <w:rPr>
          <w:rFonts w:ascii="Arial" w:hAnsi="Arial"/>
          <w:b/>
        </w:rPr>
        <w:t xml:space="preserve"> </w:t>
      </w:r>
      <w:r w:rsidR="00E23D8A">
        <w:rPr>
          <w:rFonts w:ascii="Arial" w:hAnsi="Arial"/>
          <w:b/>
        </w:rPr>
        <w:t>NICHELINO I</w:t>
      </w:r>
    </w:p>
    <w:p w14:paraId="6CE1F3BA" w14:textId="69DF262E" w:rsidR="00EE2D2B" w:rsidRDefault="00EE2D2B"/>
    <w:p w14:paraId="217CB341" w14:textId="4F0ABC1B" w:rsidR="00EE2D2B" w:rsidRDefault="00000000">
      <w:r>
        <w:rPr>
          <w:rFonts w:ascii="Arial" w:hAnsi="Arial"/>
          <w:b/>
        </w:rPr>
        <w:t>Oggetto: Comunicazione di programmazione mensile per la fruizione dei permessi di cui all'art. 33, comma 3, Legge 104/92.</w:t>
      </w:r>
    </w:p>
    <w:p w14:paraId="772DDD02" w14:textId="5D370858" w:rsidR="00E23D8A" w:rsidRDefault="00000000">
      <w:pPr>
        <w:rPr>
          <w:rFonts w:ascii="Arial" w:hAnsi="Arial"/>
        </w:rPr>
      </w:pPr>
      <w:r>
        <w:rPr>
          <w:rFonts w:ascii="Arial" w:hAnsi="Arial"/>
        </w:rPr>
        <w:t xml:space="preserve">Il/La </w:t>
      </w:r>
      <w:proofErr w:type="spellStart"/>
      <w:r>
        <w:rPr>
          <w:rFonts w:ascii="Arial" w:hAnsi="Arial"/>
        </w:rPr>
        <w:t>sottoscritto</w:t>
      </w:r>
      <w:proofErr w:type="spellEnd"/>
      <w:r>
        <w:rPr>
          <w:rFonts w:ascii="Arial" w:hAnsi="Arial"/>
        </w:rPr>
        <w:t xml:space="preserve">/a _________________________________________, </w:t>
      </w:r>
      <w:proofErr w:type="spellStart"/>
      <w:r>
        <w:rPr>
          <w:rFonts w:ascii="Arial" w:hAnsi="Arial"/>
        </w:rPr>
        <w:t>nato</w:t>
      </w:r>
      <w:proofErr w:type="spellEnd"/>
      <w:r>
        <w:rPr>
          <w:rFonts w:ascii="Arial" w:hAnsi="Arial"/>
        </w:rPr>
        <w:t xml:space="preserve">/a a ___________________________ il _______________, in </w:t>
      </w:r>
      <w:proofErr w:type="spellStart"/>
      <w:r>
        <w:rPr>
          <w:rFonts w:ascii="Arial" w:hAnsi="Arial"/>
        </w:rPr>
        <w:t>servizio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presso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codesta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Istituzione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Scolastica</w:t>
      </w:r>
      <w:proofErr w:type="spellEnd"/>
      <w:r>
        <w:rPr>
          <w:rFonts w:ascii="Arial" w:hAnsi="Arial"/>
        </w:rPr>
        <w:t xml:space="preserve"> per </w:t>
      </w:r>
      <w:proofErr w:type="spellStart"/>
      <w:r>
        <w:rPr>
          <w:rFonts w:ascii="Arial" w:hAnsi="Arial"/>
        </w:rPr>
        <w:t>l’anno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scolastico</w:t>
      </w:r>
      <w:proofErr w:type="spellEnd"/>
      <w:r>
        <w:rPr>
          <w:rFonts w:ascii="Arial" w:hAnsi="Arial"/>
        </w:rPr>
        <w:t xml:space="preserve"> in </w:t>
      </w:r>
      <w:proofErr w:type="spellStart"/>
      <w:r>
        <w:rPr>
          <w:rFonts w:ascii="Arial" w:hAnsi="Arial"/>
        </w:rPr>
        <w:t>corso</w:t>
      </w:r>
      <w:proofErr w:type="spellEnd"/>
      <w:r>
        <w:rPr>
          <w:rFonts w:ascii="Arial" w:hAnsi="Arial"/>
        </w:rPr>
        <w:t xml:space="preserve">, in </w:t>
      </w:r>
      <w:proofErr w:type="spellStart"/>
      <w:r>
        <w:rPr>
          <w:rFonts w:ascii="Arial" w:hAnsi="Arial"/>
        </w:rPr>
        <w:t>qualità</w:t>
      </w:r>
      <w:proofErr w:type="spellEnd"/>
      <w:r>
        <w:rPr>
          <w:rFonts w:ascii="Arial" w:hAnsi="Arial"/>
        </w:rPr>
        <w:t xml:space="preserve"> di:</w:t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Personale</w:t>
      </w:r>
      <w:proofErr w:type="spellEnd"/>
      <w:r>
        <w:rPr>
          <w:rFonts w:ascii="Arial" w:hAnsi="Arial"/>
        </w:rPr>
        <w:t xml:space="preserve"> ATA</w:t>
      </w:r>
    </w:p>
    <w:p w14:paraId="47F579AA" w14:textId="17EBD1D0" w:rsidR="00EE2D2B" w:rsidRPr="00E23D8A" w:rsidRDefault="00000000" w:rsidP="00E23D8A">
      <w:pPr>
        <w:spacing w:line="240" w:lineRule="auto"/>
        <w:rPr>
          <w:rFonts w:ascii="Arial" w:hAnsi="Arial"/>
        </w:rPr>
      </w:pPr>
      <w:r>
        <w:rPr>
          <w:rFonts w:ascii="Arial" w:hAnsi="Arial"/>
        </w:rPr>
        <w:br/>
        <w:t>Premesso che:</w:t>
      </w:r>
      <w:r>
        <w:rPr>
          <w:rFonts w:ascii="Arial" w:hAnsi="Arial"/>
        </w:rPr>
        <w:br/>
        <w:t xml:space="preserve">• è già stato riconosciuto dall'Amministrazione il diritto a fruire dei benefici previsti dall'art. 33, comma 3, della Legge 104/92 per l'assistenza al familiare con </w:t>
      </w:r>
      <w:proofErr w:type="spellStart"/>
      <w:r>
        <w:rPr>
          <w:rFonts w:ascii="Arial" w:hAnsi="Arial"/>
        </w:rPr>
        <w:t>disabilità</w:t>
      </w:r>
      <w:proofErr w:type="spellEnd"/>
      <w:r>
        <w:rPr>
          <w:rFonts w:ascii="Arial" w:hAnsi="Arial"/>
        </w:rPr>
        <w:t xml:space="preserve"> grave, Sig./</w:t>
      </w:r>
      <w:proofErr w:type="spellStart"/>
      <w:r>
        <w:rPr>
          <w:rFonts w:ascii="Arial" w:hAnsi="Arial"/>
        </w:rPr>
        <w:t>Sig.ra</w:t>
      </w:r>
      <w:proofErr w:type="spellEnd"/>
      <w:r>
        <w:rPr>
          <w:rFonts w:ascii="Arial" w:hAnsi="Arial"/>
        </w:rPr>
        <w:t xml:space="preserve"> _________________________________________, </w:t>
      </w:r>
      <w:proofErr w:type="spellStart"/>
      <w:r>
        <w:rPr>
          <w:rFonts w:ascii="Arial" w:hAnsi="Arial"/>
        </w:rPr>
        <w:t>residente</w:t>
      </w:r>
      <w:proofErr w:type="spellEnd"/>
      <w:r>
        <w:rPr>
          <w:rFonts w:ascii="Arial" w:hAnsi="Arial"/>
        </w:rPr>
        <w:t xml:space="preserve"> a ___________________________;</w:t>
      </w:r>
      <w:r>
        <w:rPr>
          <w:rFonts w:ascii="Arial" w:hAnsi="Arial"/>
        </w:rPr>
        <w:br/>
        <w:t xml:space="preserve">• è </w:t>
      </w:r>
      <w:proofErr w:type="spellStart"/>
      <w:r>
        <w:rPr>
          <w:rFonts w:ascii="Arial" w:hAnsi="Arial"/>
        </w:rPr>
        <w:t>stata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presentata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inizio</w:t>
      </w:r>
      <w:proofErr w:type="spellEnd"/>
      <w:r>
        <w:rPr>
          <w:rFonts w:ascii="Arial" w:hAnsi="Arial"/>
        </w:rPr>
        <w:t xml:space="preserve"> anno </w:t>
      </w:r>
      <w:proofErr w:type="spellStart"/>
      <w:r>
        <w:rPr>
          <w:rFonts w:ascii="Arial" w:hAnsi="Arial"/>
        </w:rPr>
        <w:t>scolastico</w:t>
      </w:r>
      <w:proofErr w:type="spellEnd"/>
      <w:r>
        <w:rPr>
          <w:rFonts w:ascii="Arial" w:hAnsi="Arial"/>
        </w:rPr>
        <w:t xml:space="preserve"> la </w:t>
      </w:r>
      <w:proofErr w:type="spellStart"/>
      <w:r>
        <w:rPr>
          <w:rFonts w:ascii="Arial" w:hAnsi="Arial"/>
        </w:rPr>
        <w:t>relativa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dichiarazione</w:t>
      </w:r>
      <w:proofErr w:type="spellEnd"/>
      <w:r>
        <w:rPr>
          <w:rFonts w:ascii="Arial" w:hAnsi="Arial"/>
        </w:rPr>
        <w:t xml:space="preserve"> di </w:t>
      </w:r>
      <w:proofErr w:type="spellStart"/>
      <w:r>
        <w:rPr>
          <w:rFonts w:ascii="Arial" w:hAnsi="Arial"/>
        </w:rPr>
        <w:t>responsabilità</w:t>
      </w:r>
      <w:proofErr w:type="spellEnd"/>
      <w:r>
        <w:rPr>
          <w:rFonts w:ascii="Arial" w:hAnsi="Arial"/>
        </w:rPr>
        <w:t xml:space="preserve"> e </w:t>
      </w:r>
      <w:proofErr w:type="spellStart"/>
      <w:r>
        <w:rPr>
          <w:rFonts w:ascii="Arial" w:hAnsi="Arial"/>
        </w:rPr>
        <w:t>documentazione</w:t>
      </w:r>
      <w:proofErr w:type="spellEnd"/>
      <w:r>
        <w:rPr>
          <w:rFonts w:ascii="Arial" w:hAnsi="Arial"/>
        </w:rPr>
        <w:t xml:space="preserve"> di </w:t>
      </w:r>
      <w:proofErr w:type="spellStart"/>
      <w:r>
        <w:rPr>
          <w:rFonts w:ascii="Arial" w:hAnsi="Arial"/>
        </w:rPr>
        <w:t>rito</w:t>
      </w:r>
      <w:proofErr w:type="spellEnd"/>
      <w:r>
        <w:rPr>
          <w:rFonts w:ascii="Arial" w:hAnsi="Arial"/>
        </w:rPr>
        <w:t>;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 w:rsidR="00E23D8A">
        <w:rPr>
          <w:rFonts w:ascii="Arial" w:hAnsi="Arial"/>
        </w:rPr>
        <w:t xml:space="preserve">                                           </w:t>
      </w:r>
      <w:r w:rsidR="00E23D8A" w:rsidRPr="00E23D8A">
        <w:rPr>
          <w:rFonts w:ascii="Arial" w:hAnsi="Arial"/>
          <w:b/>
          <w:bCs/>
        </w:rPr>
        <w:t xml:space="preserve">               </w:t>
      </w:r>
      <w:r w:rsidRPr="00E23D8A">
        <w:rPr>
          <w:rFonts w:ascii="Arial" w:hAnsi="Arial"/>
          <w:b/>
          <w:bCs/>
        </w:rPr>
        <w:t>COMUNICA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che</w:t>
      </w:r>
      <w:proofErr w:type="spellEnd"/>
      <w:r>
        <w:rPr>
          <w:rFonts w:ascii="Arial" w:hAnsi="Arial"/>
        </w:rPr>
        <w:t xml:space="preserve">, al fine di contemperare il diritto all'assistenza del disabile con le esigenze organizzative, didattiche e di servizio dell'istituzione scolastica, intende fruire dei permessi mensili per il mese di _________________ 202__ </w:t>
      </w:r>
      <w:proofErr w:type="spellStart"/>
      <w:r>
        <w:rPr>
          <w:rFonts w:ascii="Arial" w:hAnsi="Arial"/>
        </w:rPr>
        <w:t>nelle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seguenti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giornate</w:t>
      </w:r>
      <w:proofErr w:type="spellEnd"/>
      <w:r>
        <w:rPr>
          <w:rFonts w:ascii="Arial" w:hAnsi="Arial"/>
        </w:rPr>
        <w:br/>
      </w:r>
    </w:p>
    <w:p w14:paraId="2F493950" w14:textId="655C0953" w:rsidR="00EE2D2B" w:rsidRDefault="00000000">
      <w:r>
        <w:rPr>
          <w:rFonts w:ascii="Arial" w:hAnsi="Arial"/>
        </w:rPr>
        <w:t xml:space="preserve">1. Giorno: _______________________   </w:t>
      </w:r>
    </w:p>
    <w:p w14:paraId="272881A3" w14:textId="16DE9511" w:rsidR="00EE2D2B" w:rsidRDefault="00000000">
      <w:r>
        <w:rPr>
          <w:rFonts w:ascii="Arial" w:hAnsi="Arial"/>
        </w:rPr>
        <w:t xml:space="preserve">2. Giorno: _______________________   </w:t>
      </w:r>
    </w:p>
    <w:p w14:paraId="649E4539" w14:textId="1AD05E43" w:rsidR="00EE2D2B" w:rsidRDefault="00000000">
      <w:r>
        <w:rPr>
          <w:rFonts w:ascii="Arial" w:hAnsi="Arial"/>
        </w:rPr>
        <w:t xml:space="preserve">3. Giorno: _______________________   </w:t>
      </w:r>
    </w:p>
    <w:p w14:paraId="26D28356" w14:textId="77777777" w:rsidR="00EE2D2B" w:rsidRDefault="00000000">
      <w:r>
        <w:rPr>
          <w:rFonts w:ascii="Arial" w:hAnsi="Arial"/>
        </w:rPr>
        <w:t>Il/La sottoscritto/a si impegna a comunicare tempestivamente alla Segreteria ogni eventuale variazione o revoca del presente piano, determinata da ragioni d'urgenza o da modifiche improvvise delle esigenze di assistenza del familiare disabile.</w:t>
      </w:r>
      <w:r>
        <w:rPr>
          <w:rFonts w:ascii="Arial" w:hAnsi="Arial"/>
        </w:rPr>
        <w:br/>
      </w:r>
      <w:r>
        <w:rPr>
          <w:rFonts w:ascii="Arial" w:hAnsi="Arial"/>
        </w:rPr>
        <w:br/>
        <w:t>Con osservanza.</w:t>
      </w:r>
      <w:r>
        <w:rPr>
          <w:rFonts w:ascii="Arial" w:hAnsi="Arial"/>
        </w:rPr>
        <w:br/>
      </w:r>
      <w:r>
        <w:rPr>
          <w:rFonts w:ascii="Arial" w:hAnsi="Arial"/>
        </w:rPr>
        <w:br/>
        <w:t>Data, ___________________</w:t>
      </w:r>
      <w:r>
        <w:rPr>
          <w:rFonts w:ascii="Arial" w:hAnsi="Arial"/>
        </w:rPr>
        <w:br/>
      </w:r>
      <w:r>
        <w:rPr>
          <w:rFonts w:ascii="Arial" w:hAnsi="Arial"/>
        </w:rPr>
        <w:br/>
        <w:t>Firma del dipendente</w:t>
      </w:r>
      <w:r>
        <w:rPr>
          <w:rFonts w:ascii="Arial" w:hAnsi="Arial"/>
        </w:rPr>
        <w:br/>
        <w:t>___________________________</w:t>
      </w:r>
    </w:p>
    <w:sectPr w:rsidR="00EE2D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4564144">
    <w:abstractNumId w:val="8"/>
  </w:num>
  <w:num w:numId="2" w16cid:durableId="1475949119">
    <w:abstractNumId w:val="6"/>
  </w:num>
  <w:num w:numId="3" w16cid:durableId="17463909">
    <w:abstractNumId w:val="5"/>
  </w:num>
  <w:num w:numId="4" w16cid:durableId="1598059391">
    <w:abstractNumId w:val="4"/>
  </w:num>
  <w:num w:numId="5" w16cid:durableId="1936092798">
    <w:abstractNumId w:val="7"/>
  </w:num>
  <w:num w:numId="6" w16cid:durableId="907303415">
    <w:abstractNumId w:val="3"/>
  </w:num>
  <w:num w:numId="7" w16cid:durableId="880745324">
    <w:abstractNumId w:val="2"/>
  </w:num>
  <w:num w:numId="8" w16cid:durableId="830485978">
    <w:abstractNumId w:val="1"/>
  </w:num>
  <w:num w:numId="9" w16cid:durableId="200042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D6780"/>
    <w:rsid w:val="00AA1D8D"/>
    <w:rsid w:val="00B034B1"/>
    <w:rsid w:val="00B47730"/>
    <w:rsid w:val="00CB0664"/>
    <w:rsid w:val="00E23D8A"/>
    <w:rsid w:val="00E90E49"/>
    <w:rsid w:val="00EE2D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D4AF8B"/>
  <w14:defaultImageDpi w14:val="300"/>
  <w15:docId w15:val="{9FA2A9B2-AAF4-43DF-A500-050107DD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elvira mauriello</cp:lastModifiedBy>
  <cp:revision>3</cp:revision>
  <dcterms:created xsi:type="dcterms:W3CDTF">2026-09-25T14:40:00Z</dcterms:created>
  <dcterms:modified xsi:type="dcterms:W3CDTF">2026-09-28T08:49:00Z</dcterms:modified>
  <cp:category/>
</cp:coreProperties>
</file>